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7311212" w14:textId="15756C88" w:rsidR="00A91686" w:rsidRDefault="00070B03" w:rsidP="00812160">
      <w:pPr>
        <w:pStyle w:val="Titre"/>
        <w:rPr>
          <w:sz w:val="36"/>
          <w:szCs w:val="36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77AA62BB" wp14:editId="1EA06999">
            <wp:simplePos x="0" y="0"/>
            <wp:positionH relativeFrom="column">
              <wp:posOffset>5041265</wp:posOffset>
            </wp:positionH>
            <wp:positionV relativeFrom="paragraph">
              <wp:posOffset>219213</wp:posOffset>
            </wp:positionV>
            <wp:extent cx="1130608" cy="747588"/>
            <wp:effectExtent l="0" t="0" r="0" b="1905"/>
            <wp:wrapNone/>
            <wp:docPr id="725833981" name="Graphiqu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5833981" name="Graphique 725833981"/>
                    <pic:cNvPicPr/>
                  </pic:nvPicPr>
                  <pic:blipFill>
                    <a:blip r:embed="rId6">
                      <a:extLst>
                        <a:ext uri="{96DAC541-7B7A-43D3-8B79-37D633B846F1}">
                          <asvg:svgBlip xmlns:asvg="http://schemas.microsoft.com/office/drawing/2016/SVG/main" r:embed="rId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30608" cy="74758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E52ED27" w14:textId="34F77CA4" w:rsidR="00A91686" w:rsidRDefault="00A91686" w:rsidP="00812160">
      <w:pPr>
        <w:pStyle w:val="Titre"/>
        <w:rPr>
          <w:sz w:val="36"/>
          <w:szCs w:val="36"/>
        </w:rPr>
      </w:pPr>
      <w:r>
        <w:rPr>
          <w:sz w:val="36"/>
          <w:szCs w:val="36"/>
        </w:rPr>
        <w:t>École Sainte Jeanne d’Arc – Arpajon</w:t>
      </w:r>
    </w:p>
    <w:p w14:paraId="06C9205F" w14:textId="1C854058" w:rsidR="00475591" w:rsidRPr="00812160" w:rsidRDefault="00000000" w:rsidP="00812160">
      <w:pPr>
        <w:pStyle w:val="Titre"/>
        <w:rPr>
          <w:sz w:val="36"/>
          <w:szCs w:val="36"/>
        </w:rPr>
      </w:pPr>
      <w:r w:rsidRPr="00812160">
        <w:rPr>
          <w:sz w:val="36"/>
          <w:szCs w:val="36"/>
        </w:rPr>
        <w:t>Formulaire de pré-inscription scolaire</w:t>
      </w:r>
      <w:r w:rsidR="00812160" w:rsidRPr="00812160">
        <w:rPr>
          <w:sz w:val="36"/>
          <w:szCs w:val="36"/>
        </w:rPr>
        <w:t xml:space="preserve"> 2026-2027</w:t>
      </w:r>
    </w:p>
    <w:p w14:paraId="6CEB8139" w14:textId="4E421EF2" w:rsidR="00475591" w:rsidRPr="00812160" w:rsidRDefault="00000000">
      <w:pPr>
        <w:pStyle w:val="Titre1"/>
      </w:pPr>
      <w:r w:rsidRPr="00812160">
        <w:t>1. Informations sur l’élève</w:t>
      </w:r>
    </w:p>
    <w:p w14:paraId="21C96810" w14:textId="50A7D17F" w:rsidR="00475591" w:rsidRPr="00812160" w:rsidRDefault="00000000">
      <w:r w:rsidRPr="00812160">
        <w:t>Nom : ___________________________________________</w:t>
      </w:r>
    </w:p>
    <w:p w14:paraId="46A9E722" w14:textId="77777777" w:rsidR="00475591" w:rsidRPr="00812160" w:rsidRDefault="00000000">
      <w:r w:rsidRPr="00812160">
        <w:t>Prénom : _________________________________________</w:t>
      </w:r>
    </w:p>
    <w:p w14:paraId="7F14DB77" w14:textId="7A9898D2" w:rsidR="00475591" w:rsidRPr="00812160" w:rsidRDefault="00000000">
      <w:r w:rsidRPr="00812160">
        <w:t>Date de naissance : ____ / ____ / ______</w:t>
      </w:r>
    </w:p>
    <w:p w14:paraId="5E345572" w14:textId="77777777" w:rsidR="00475591" w:rsidRPr="00812160" w:rsidRDefault="00000000">
      <w:r w:rsidRPr="00812160">
        <w:t>Lieu de naissance : ________________________________</w:t>
      </w:r>
    </w:p>
    <w:p w14:paraId="18BEE1F0" w14:textId="2CACDE11" w:rsidR="00475591" w:rsidRPr="00812160" w:rsidRDefault="00000000">
      <w:r w:rsidRPr="00812160">
        <w:t>Sexe : ☐ Fille ☐ Garçon</w:t>
      </w:r>
    </w:p>
    <w:p w14:paraId="6DEE80C3" w14:textId="77777777" w:rsidR="00475591" w:rsidRPr="00812160" w:rsidRDefault="00000000">
      <w:r w:rsidRPr="00812160">
        <w:t>Nationalité : _________________________________</w:t>
      </w:r>
    </w:p>
    <w:p w14:paraId="71CEAB1A" w14:textId="77777777" w:rsidR="00475591" w:rsidRPr="00812160" w:rsidRDefault="00000000">
      <w:r w:rsidRPr="00812160">
        <w:t>Adresse : _________________________________________</w:t>
      </w:r>
    </w:p>
    <w:p w14:paraId="208704CD" w14:textId="242CAEAA" w:rsidR="00475591" w:rsidRPr="00812160" w:rsidRDefault="00000000">
      <w:r w:rsidRPr="00812160">
        <w:t>_________________________________________________</w:t>
      </w:r>
    </w:p>
    <w:p w14:paraId="76CFE5CA" w14:textId="77777777" w:rsidR="00475591" w:rsidRPr="00812160" w:rsidRDefault="00000000">
      <w:r w:rsidRPr="00812160">
        <w:t>Code postal : ___________ Ville : ___________________</w:t>
      </w:r>
    </w:p>
    <w:p w14:paraId="7100E2FF" w14:textId="1204B8AC" w:rsidR="00812160" w:rsidRPr="00812160" w:rsidRDefault="00812160">
      <w:r w:rsidRPr="00812160">
        <w:t>Ancienne école fréquentée</w:t>
      </w:r>
      <w:r>
        <w:t xml:space="preserve"> </w:t>
      </w:r>
      <w:r w:rsidRPr="00812160">
        <w:t>: ___________________</w:t>
      </w:r>
    </w:p>
    <w:p w14:paraId="20AF74DD" w14:textId="1BC0F91A" w:rsidR="00475591" w:rsidRPr="00812160" w:rsidRDefault="00000000">
      <w:pPr>
        <w:pStyle w:val="Titre1"/>
      </w:pPr>
      <w:r w:rsidRPr="00812160">
        <w:t>2. Niveau demandé</w:t>
      </w:r>
    </w:p>
    <w:p w14:paraId="09BBE32A" w14:textId="3E9AB36C" w:rsidR="00475591" w:rsidRPr="00812160" w:rsidRDefault="00000000">
      <w:r w:rsidRPr="00812160">
        <w:t xml:space="preserve">☐ </w:t>
      </w:r>
      <w:r w:rsidR="00812160" w:rsidRPr="00812160">
        <w:t>PS</w:t>
      </w:r>
      <w:r w:rsidRPr="00812160">
        <w:t> ☐</w:t>
      </w:r>
      <w:r w:rsidR="00812160" w:rsidRPr="00812160">
        <w:t xml:space="preserve"> MS</w:t>
      </w:r>
      <w:r w:rsidRPr="00812160">
        <w:t xml:space="preserve"> ☐ </w:t>
      </w:r>
      <w:r w:rsidR="00812160" w:rsidRPr="00812160">
        <w:t>GS</w:t>
      </w:r>
      <w:r w:rsidRPr="00812160">
        <w:t> ☐ C</w:t>
      </w:r>
      <w:r w:rsidR="00812160" w:rsidRPr="00812160">
        <w:t>P</w:t>
      </w:r>
      <w:r w:rsidRPr="00812160">
        <w:t> ☐ C</w:t>
      </w:r>
      <w:r w:rsidR="00812160" w:rsidRPr="00812160">
        <w:t>E1</w:t>
      </w:r>
      <w:r w:rsidRPr="00812160">
        <w:t> ☐ C</w:t>
      </w:r>
      <w:r w:rsidR="00812160" w:rsidRPr="00812160">
        <w:t>E2</w:t>
      </w:r>
      <w:r w:rsidR="00A91686">
        <w:tab/>
        <w:t xml:space="preserve">    </w:t>
      </w:r>
      <w:r w:rsidRPr="00812160">
        <w:t xml:space="preserve">☐ </w:t>
      </w:r>
      <w:r w:rsidR="00812160" w:rsidRPr="00812160">
        <w:t>CM1</w:t>
      </w:r>
      <w:r w:rsidRPr="00812160">
        <w:t xml:space="preserve"> ☐ </w:t>
      </w:r>
      <w:r w:rsidR="00812160" w:rsidRPr="00812160">
        <w:t>CM2</w:t>
      </w:r>
      <w:r w:rsidRPr="00812160">
        <w:t> </w:t>
      </w:r>
    </w:p>
    <w:p w14:paraId="080687DF" w14:textId="39B11B0E" w:rsidR="00475591" w:rsidRPr="00812160" w:rsidRDefault="00000000">
      <w:pPr>
        <w:pStyle w:val="Titre1"/>
      </w:pPr>
      <w:r w:rsidRPr="00812160">
        <w:t>3. Informations sur les parents / tuteurs</w:t>
      </w:r>
    </w:p>
    <w:p w14:paraId="7D971FAB" w14:textId="23EC3E15" w:rsidR="00475591" w:rsidRPr="00812160" w:rsidRDefault="00000000">
      <w:r w:rsidRPr="00812160">
        <w:t>Nom et prénom du parent / tuteur 1 : __________________________________________</w:t>
      </w:r>
    </w:p>
    <w:p w14:paraId="29A6E306" w14:textId="77777777" w:rsidR="00475591" w:rsidRPr="00812160" w:rsidRDefault="00000000">
      <w:r w:rsidRPr="00812160">
        <w:t>Téléphone : _____________________ Email : _____________________</w:t>
      </w:r>
    </w:p>
    <w:p w14:paraId="0260396C" w14:textId="77777777" w:rsidR="00475591" w:rsidRPr="00812160" w:rsidRDefault="00000000">
      <w:r w:rsidRPr="00812160">
        <w:t>Profession : ____________________________</w:t>
      </w:r>
    </w:p>
    <w:p w14:paraId="4087885A" w14:textId="77777777" w:rsidR="00475591" w:rsidRPr="00812160" w:rsidRDefault="00000000">
      <w:r w:rsidRPr="00812160">
        <w:t>Nom et prénom du parent / tuteur 2 : __________________________________________</w:t>
      </w:r>
    </w:p>
    <w:p w14:paraId="2A86AD4E" w14:textId="77777777" w:rsidR="00475591" w:rsidRPr="00812160" w:rsidRDefault="00000000">
      <w:r w:rsidRPr="00812160">
        <w:t>Téléphone : _____________________ Email : _____________________</w:t>
      </w:r>
    </w:p>
    <w:p w14:paraId="0BB35431" w14:textId="77777777" w:rsidR="00475591" w:rsidRPr="00812160" w:rsidRDefault="00000000">
      <w:r w:rsidRPr="00812160">
        <w:t>Profession : ____________________________</w:t>
      </w:r>
    </w:p>
    <w:p w14:paraId="79B1A0E2" w14:textId="77777777" w:rsidR="00475591" w:rsidRPr="00812160" w:rsidRDefault="00000000">
      <w:pPr>
        <w:pStyle w:val="Titre1"/>
      </w:pPr>
      <w:r w:rsidRPr="00812160">
        <w:t>4. Informations complémentaires</w:t>
      </w:r>
    </w:p>
    <w:p w14:paraId="2E75EA13" w14:textId="77777777" w:rsidR="00475591" w:rsidRPr="00812160" w:rsidRDefault="00000000">
      <w:r w:rsidRPr="00812160">
        <w:t>Frères / sœurs déjà inscrits dans l’établissement : ☐ Oui ☐ Non</w:t>
      </w:r>
    </w:p>
    <w:p w14:paraId="7CA1AAFF" w14:textId="056A7B84" w:rsidR="00475591" w:rsidRPr="00812160" w:rsidRDefault="00000000">
      <w:r w:rsidRPr="00812160">
        <w:t>Si oui, nom et classe : _______________________________________</w:t>
      </w:r>
    </w:p>
    <w:p w14:paraId="6129FF82" w14:textId="5B37CDE9" w:rsidR="00475591" w:rsidRPr="00812160" w:rsidRDefault="00000000">
      <w:r w:rsidRPr="00812160">
        <w:t>Allergies ou besoins médicaux particuliers :</w:t>
      </w:r>
    </w:p>
    <w:p w14:paraId="5923F1D8" w14:textId="4BB352B9" w:rsidR="00475591" w:rsidRDefault="00000000">
      <w:r w:rsidRPr="00812160">
        <w:t>_________________________________________________________</w:t>
      </w:r>
    </w:p>
    <w:sectPr w:rsidR="00475591" w:rsidSect="00812160">
      <w:pgSz w:w="12240" w:h="15840"/>
      <w:pgMar w:top="426" w:right="1800" w:bottom="426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0000000000000000000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enumro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enumro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epuce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epuce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enum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epuce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217283446">
    <w:abstractNumId w:val="8"/>
  </w:num>
  <w:num w:numId="2" w16cid:durableId="1592280756">
    <w:abstractNumId w:val="6"/>
  </w:num>
  <w:num w:numId="3" w16cid:durableId="1439374541">
    <w:abstractNumId w:val="5"/>
  </w:num>
  <w:num w:numId="4" w16cid:durableId="371224982">
    <w:abstractNumId w:val="4"/>
  </w:num>
  <w:num w:numId="5" w16cid:durableId="1260483927">
    <w:abstractNumId w:val="7"/>
  </w:num>
  <w:num w:numId="6" w16cid:durableId="180780521">
    <w:abstractNumId w:val="3"/>
  </w:num>
  <w:num w:numId="7" w16cid:durableId="186452079">
    <w:abstractNumId w:val="2"/>
  </w:num>
  <w:num w:numId="8" w16cid:durableId="2037732326">
    <w:abstractNumId w:val="1"/>
  </w:num>
  <w:num w:numId="9" w16cid:durableId="7008078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6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070B03"/>
    <w:rsid w:val="000D50D2"/>
    <w:rsid w:val="0015074B"/>
    <w:rsid w:val="0029639D"/>
    <w:rsid w:val="00326F90"/>
    <w:rsid w:val="00475591"/>
    <w:rsid w:val="00812160"/>
    <w:rsid w:val="00A91686"/>
    <w:rsid w:val="00AA1D8D"/>
    <w:rsid w:val="00B47730"/>
    <w:rsid w:val="00C5163C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391F0E33"/>
  <w14:defaultImageDpi w14:val="300"/>
  <w15:docId w15:val="{DE9E3394-A7C5-44A3-9E8C-DCEBDB3EB3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  <w:rPr>
      <w:lang w:val="fr-FR"/>
    </w:rPr>
  </w:style>
  <w:style w:type="paragraph" w:styleId="Titre1">
    <w:name w:val="heading 1"/>
    <w:basedOn w:val="Normal"/>
    <w:next w:val="Normal"/>
    <w:link w:val="Titre1C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E618BF"/>
  </w:style>
  <w:style w:type="paragraph" w:styleId="Pieddepage">
    <w:name w:val="footer"/>
    <w:basedOn w:val="Normal"/>
    <w:link w:val="Pieddepage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E618BF"/>
  </w:style>
  <w:style w:type="paragraph" w:styleId="Sansinterligne">
    <w:name w:val="No Spacing"/>
    <w:uiPriority w:val="1"/>
    <w:qFormat/>
    <w:rsid w:val="00FC693F"/>
    <w:pPr>
      <w:spacing w:after="0" w:line="240" w:lineRule="auto"/>
    </w:pPr>
  </w:style>
  <w:style w:type="character" w:customStyle="1" w:styleId="Titre1Car">
    <w:name w:val="Titre 1 Car"/>
    <w:basedOn w:val="Policepardfaut"/>
    <w:link w:val="Titre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itre2Car">
    <w:name w:val="Titre 2 Car"/>
    <w:basedOn w:val="Policepardfaut"/>
    <w:link w:val="Titre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itre3Car">
    <w:name w:val="Titre 3 Car"/>
    <w:basedOn w:val="Policepardfaut"/>
    <w:link w:val="Titre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re">
    <w:name w:val="Title"/>
    <w:basedOn w:val="Normal"/>
    <w:next w:val="Normal"/>
    <w:link w:val="TitreC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reCar">
    <w:name w:val="Titre Car"/>
    <w:basedOn w:val="Policepardfaut"/>
    <w:link w:val="Titr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ous-titreCar">
    <w:name w:val="Sous-titre Car"/>
    <w:basedOn w:val="Policepardfaut"/>
    <w:link w:val="Sous-titr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aragraphedeliste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Corpsdetexte">
    <w:name w:val="Body Text"/>
    <w:basedOn w:val="Normal"/>
    <w:link w:val="CorpsdetexteCar"/>
    <w:uiPriority w:val="99"/>
    <w:unhideWhenUsed/>
    <w:rsid w:val="00AA1D8D"/>
    <w:pPr>
      <w:spacing w:after="120"/>
    </w:pPr>
  </w:style>
  <w:style w:type="character" w:customStyle="1" w:styleId="CorpsdetexteCar">
    <w:name w:val="Corps de texte Car"/>
    <w:basedOn w:val="Policepardfaut"/>
    <w:link w:val="Corpsdetexte"/>
    <w:uiPriority w:val="99"/>
    <w:rsid w:val="00AA1D8D"/>
  </w:style>
  <w:style w:type="paragraph" w:styleId="Corpsdetexte2">
    <w:name w:val="Body Text 2"/>
    <w:basedOn w:val="Normal"/>
    <w:link w:val="Corpsdetexte2Car"/>
    <w:uiPriority w:val="99"/>
    <w:unhideWhenUsed/>
    <w:rsid w:val="00AA1D8D"/>
    <w:pPr>
      <w:spacing w:after="120" w:line="480" w:lineRule="auto"/>
    </w:pPr>
  </w:style>
  <w:style w:type="character" w:customStyle="1" w:styleId="Corpsdetexte2Car">
    <w:name w:val="Corps de texte 2 Car"/>
    <w:basedOn w:val="Policepardfaut"/>
    <w:link w:val="Corpsdetexte2"/>
    <w:uiPriority w:val="99"/>
    <w:rsid w:val="00AA1D8D"/>
  </w:style>
  <w:style w:type="paragraph" w:styleId="Corpsdetexte3">
    <w:name w:val="Body Text 3"/>
    <w:basedOn w:val="Normal"/>
    <w:link w:val="Corpsdetexte3C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Corpsdetexte3Car">
    <w:name w:val="Corps de texte 3 Car"/>
    <w:basedOn w:val="Policepardfaut"/>
    <w:link w:val="Corpsdetexte3"/>
    <w:uiPriority w:val="99"/>
    <w:rsid w:val="00AA1D8D"/>
    <w:rPr>
      <w:sz w:val="16"/>
      <w:szCs w:val="16"/>
    </w:rPr>
  </w:style>
  <w:style w:type="paragraph" w:styleId="Liste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e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e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epuces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epuces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epuces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enumro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enumro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enumro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e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e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e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Textedemacro">
    <w:name w:val="macro"/>
    <w:link w:val="TextedemacroC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edemacroCar">
    <w:name w:val="Texte de macro Car"/>
    <w:basedOn w:val="Policepardfaut"/>
    <w:link w:val="Textedemacro"/>
    <w:uiPriority w:val="99"/>
    <w:rsid w:val="0029639D"/>
    <w:rPr>
      <w:rFonts w:ascii="Courier" w:hAnsi="Courier"/>
      <w:sz w:val="20"/>
      <w:szCs w:val="20"/>
    </w:rPr>
  </w:style>
  <w:style w:type="paragraph" w:styleId="Citation">
    <w:name w:val="Quote"/>
    <w:basedOn w:val="Normal"/>
    <w:next w:val="Normal"/>
    <w:link w:val="CitationCar"/>
    <w:uiPriority w:val="29"/>
    <w:qFormat/>
    <w:rsid w:val="00FC693F"/>
    <w:rPr>
      <w:i/>
      <w:iCs/>
      <w:color w:val="000000" w:themeColor="text1"/>
    </w:rPr>
  </w:style>
  <w:style w:type="character" w:customStyle="1" w:styleId="CitationCar">
    <w:name w:val="Citation Car"/>
    <w:basedOn w:val="Policepardfaut"/>
    <w:link w:val="Citation"/>
    <w:uiPriority w:val="29"/>
    <w:rsid w:val="00FC693F"/>
    <w:rPr>
      <w:i/>
      <w:iCs/>
      <w:color w:val="000000" w:themeColor="text1"/>
    </w:rPr>
  </w:style>
  <w:style w:type="character" w:customStyle="1" w:styleId="Titre4Car">
    <w:name w:val="Titre 4 Car"/>
    <w:basedOn w:val="Policepardfaut"/>
    <w:link w:val="Titre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itre5Car">
    <w:name w:val="Titre 5 Car"/>
    <w:basedOn w:val="Policepardfaut"/>
    <w:link w:val="Titre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itre6Car">
    <w:name w:val="Titre 6 Car"/>
    <w:basedOn w:val="Policepardfaut"/>
    <w:link w:val="Titre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itre7Car">
    <w:name w:val="Titre 7 Car"/>
    <w:basedOn w:val="Policepardfaut"/>
    <w:link w:val="Titre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itre8Car">
    <w:name w:val="Titre 8 Car"/>
    <w:basedOn w:val="Policepardfaut"/>
    <w:link w:val="Titre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itre9Car">
    <w:name w:val="Titre 9 Car"/>
    <w:basedOn w:val="Policepardfaut"/>
    <w:link w:val="Titre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Lgende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lev">
    <w:name w:val="Strong"/>
    <w:basedOn w:val="Policepardfaut"/>
    <w:uiPriority w:val="22"/>
    <w:qFormat/>
    <w:rsid w:val="00FC693F"/>
    <w:rPr>
      <w:b/>
      <w:bCs/>
    </w:rPr>
  </w:style>
  <w:style w:type="character" w:styleId="Accentuation">
    <w:name w:val="Emphasis"/>
    <w:basedOn w:val="Policepardfaut"/>
    <w:uiPriority w:val="20"/>
    <w:qFormat/>
    <w:rsid w:val="00FC693F"/>
    <w:rPr>
      <w:i/>
      <w:iCs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FC693F"/>
    <w:rPr>
      <w:b/>
      <w:bCs/>
      <w:i/>
      <w:iCs/>
      <w:color w:val="4F81BD" w:themeColor="accent1"/>
    </w:rPr>
  </w:style>
  <w:style w:type="character" w:styleId="Accentuationlgre">
    <w:name w:val="Subtle Emphasis"/>
    <w:basedOn w:val="Policepardfaut"/>
    <w:uiPriority w:val="19"/>
    <w:qFormat/>
    <w:rsid w:val="00FC693F"/>
    <w:rPr>
      <w:i/>
      <w:iCs/>
      <w:color w:val="808080" w:themeColor="text1" w:themeTint="7F"/>
    </w:rPr>
  </w:style>
  <w:style w:type="character" w:styleId="Accentuationintense">
    <w:name w:val="Intense Emphasis"/>
    <w:basedOn w:val="Policepardfaut"/>
    <w:uiPriority w:val="21"/>
    <w:qFormat/>
    <w:rsid w:val="00FC693F"/>
    <w:rPr>
      <w:b/>
      <w:bCs/>
      <w:i/>
      <w:iCs/>
      <w:color w:val="4F81BD" w:themeColor="accent1"/>
    </w:rPr>
  </w:style>
  <w:style w:type="character" w:styleId="Rfrencelgre">
    <w:name w:val="Subtle Reference"/>
    <w:basedOn w:val="Policepardfaut"/>
    <w:uiPriority w:val="31"/>
    <w:qFormat/>
    <w:rsid w:val="00FC693F"/>
    <w:rPr>
      <w:smallCaps/>
      <w:color w:val="C0504D" w:themeColor="accent2"/>
      <w:u w:val="single"/>
    </w:rPr>
  </w:style>
  <w:style w:type="character" w:styleId="Rfrenceintense">
    <w:name w:val="Intense Reference"/>
    <w:basedOn w:val="Policepardfau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itredulivre">
    <w:name w:val="Book Title"/>
    <w:basedOn w:val="Policepardfaut"/>
    <w:uiPriority w:val="33"/>
    <w:qFormat/>
    <w:rsid w:val="00FC693F"/>
    <w:rPr>
      <w:b/>
      <w:bCs/>
      <w:smallCaps/>
      <w:spacing w:val="5"/>
    </w:rPr>
  </w:style>
  <w:style w:type="paragraph" w:styleId="En-ttedetabledesmatires">
    <w:name w:val="TOC Heading"/>
    <w:basedOn w:val="Titre1"/>
    <w:next w:val="Normal"/>
    <w:uiPriority w:val="39"/>
    <w:semiHidden/>
    <w:unhideWhenUsed/>
    <w:qFormat/>
    <w:rsid w:val="00FC693F"/>
    <w:pPr>
      <w:outlineLvl w:val="9"/>
    </w:pPr>
  </w:style>
  <w:style w:type="table" w:styleId="Grilledutableau">
    <w:name w:val="Table Grid"/>
    <w:basedOn w:val="Tableau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Ombrageclair">
    <w:name w:val="Light Shading"/>
    <w:basedOn w:val="Tableau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Trameclaire-Accent1">
    <w:name w:val="Light Shading Accent 1"/>
    <w:basedOn w:val="Tableau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Trameclaire-Accent2">
    <w:name w:val="Light Shading Accent 2"/>
    <w:basedOn w:val="Tableau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Trameclaire-Accent3">
    <w:name w:val="Light Shading Accent 3"/>
    <w:basedOn w:val="Tableau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Trameclaire-Accent4">
    <w:name w:val="Light Shading Accent 4"/>
    <w:basedOn w:val="Tableau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Trameclaire-Accent5">
    <w:name w:val="Light Shading Accent 5"/>
    <w:basedOn w:val="Tableau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Trameclaire-Accent6">
    <w:name w:val="Light Shading Accent 6"/>
    <w:basedOn w:val="Tableau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steclaire">
    <w:name w:val="Light List"/>
    <w:basedOn w:val="Tableau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eclaire-Accent1">
    <w:name w:val="Light List Accent 1"/>
    <w:basedOn w:val="Tableau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steclaire-Accent2">
    <w:name w:val="Light List Accent 2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steclaire-Accent3">
    <w:name w:val="Light List Accent 3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steclaire-Accent4">
    <w:name w:val="Light List Accent 4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steclaire-Accent5">
    <w:name w:val="Light List Accent 5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steclaire-Accent6">
    <w:name w:val="Light List Accent 6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Grilleclaire">
    <w:name w:val="Light Grid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Grilleclaire-Accent1">
    <w:name w:val="Light Grid Accent 1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Grilleclaire-Accent2">
    <w:name w:val="Light Grid Accent 2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Grilleclaire-Accent3">
    <w:name w:val="Light Grid Accent 3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Grilleclaire-Accent4">
    <w:name w:val="Light Grid Accent 4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Grilleclaire-Accent5">
    <w:name w:val="Light Grid Accent 5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Grilleclaire-Accent6">
    <w:name w:val="Light Grid Accent 6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Tramemoyenne1">
    <w:name w:val="Medium Shading 1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1">
    <w:name w:val="Medium Shading 1 Accent 1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2">
    <w:name w:val="Medium Shading 1 Accent 2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3">
    <w:name w:val="Medium Shading 1 Accent 3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4">
    <w:name w:val="Medium Shading 1 Accent 4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5">
    <w:name w:val="Medium Shading 1 Accent 5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6">
    <w:name w:val="Medium Shading 1 Accent 6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2">
    <w:name w:val="Medium Shading 2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1">
    <w:name w:val="Medium Shading 2 Accent 1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2">
    <w:name w:val="Medium Shading 2 Accent 2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3">
    <w:name w:val="Medium Shading 2 Accent 3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4">
    <w:name w:val="Medium Shading 2 Accent 4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5">
    <w:name w:val="Medium Shading 2 Accent 5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6">
    <w:name w:val="Medium Shading 2 Accent 6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Listemoyenne1">
    <w:name w:val="Medium List 1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emoyenne1-Accent1">
    <w:name w:val="Medium List 1 Accent 1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Listemoyenne1-Accent2">
    <w:name w:val="Medium List 1 Accent 2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Listemoyenne1-Accent3">
    <w:name w:val="Medium List 1 Accent 3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Listemoyenne1-Accent4">
    <w:name w:val="Medium List 1 Accent 4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Listemoyenne1-Accent5">
    <w:name w:val="Medium List 1 Accent 5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Listemoyenne1-Accent6">
    <w:name w:val="Medium List 1 Accent 6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Listemoyenne2">
    <w:name w:val="Medium List 2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1">
    <w:name w:val="Medium List 2 Accent 1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2">
    <w:name w:val="Medium List 2 Accent 2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3">
    <w:name w:val="Medium List 2 Accent 3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4">
    <w:name w:val="Medium List 2 Accent 4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5">
    <w:name w:val="Medium List 2 Accent 5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6">
    <w:name w:val="Medium List 2 Accent 6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Grillemoyenne1">
    <w:name w:val="Medium Grid 1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illemoyenne1-Accent1">
    <w:name w:val="Medium Grid 1 Accent 1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illemoyenne1-Accent2">
    <w:name w:val="Medium Grid 1 Accent 2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illemoyenne1-Accent3">
    <w:name w:val="Medium Grid 1 Accent 3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illemoyenne1-Accent4">
    <w:name w:val="Medium Grid 1 Accent 4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illemoyenne1-Accent5">
    <w:name w:val="Medium Grid 1 Accent 5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illemoyenne1-Accent6">
    <w:name w:val="Medium Grid 1 Accent 6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Grillemoyenne2">
    <w:name w:val="Medium Grid 2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1">
    <w:name w:val="Medium Grid 2 Accent 1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2">
    <w:name w:val="Medium Grid 2 Accent 2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3">
    <w:name w:val="Medium Grid 2 Accent 3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4">
    <w:name w:val="Medium Grid 2 Accent 4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5">
    <w:name w:val="Medium Grid 2 Accent 5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6">
    <w:name w:val="Medium Grid 2 Accent 6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3">
    <w:name w:val="Medium Grid 3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Grillemoyenne3-Accent1">
    <w:name w:val="Medium Grid 3 Accent 1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Grillemoyenne3-Accent2">
    <w:name w:val="Medium Grid 3 Accent 2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Grillemoyenne3-Accent3">
    <w:name w:val="Medium Grid 3 Accent 3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Grillemoyenne3-Accent4">
    <w:name w:val="Medium Grid 3 Accent 4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Grillemoyenne3-Accent5">
    <w:name w:val="Medium Grid 3 Accent 5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Grillemoyenne3-Accent6">
    <w:name w:val="Medium Grid 3 Accent 6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Listefonce">
    <w:name w:val="Dark List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efonce-Accent1">
    <w:name w:val="Dark List Accent 1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Listefonce-Accent2">
    <w:name w:val="Dark List Accent 2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Listefonce-Accent3">
    <w:name w:val="Dark List Accent 3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Listefonce-Accent4">
    <w:name w:val="Dark List Accent 4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Listefonce-Accent5">
    <w:name w:val="Dark List Accent 5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Listefonce-Accent6">
    <w:name w:val="Dark List Accent 6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Tramecouleur">
    <w:name w:val="Colorful Shading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1">
    <w:name w:val="Colorful Shading Accent 1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2">
    <w:name w:val="Colorful Shading Accent 2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3">
    <w:name w:val="Colorful Shading Accent 3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Tramecouleur-Accent4">
    <w:name w:val="Colorful Shading Accent 4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5">
    <w:name w:val="Colorful Shading Accent 5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6">
    <w:name w:val="Colorful Shading Accent 6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Listecouleur">
    <w:name w:val="Colorful List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ecouleur-Accent1">
    <w:name w:val="Colorful List Accent 1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ecouleur-Accent2">
    <w:name w:val="Colorful List Accent 2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ecouleur-Accent3">
    <w:name w:val="Colorful List Accent 3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ecouleur-Accent4">
    <w:name w:val="Colorful List Accent 4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ecouleur-Accent5">
    <w:name w:val="Colorful List Accent 5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ecouleur-Accent6">
    <w:name w:val="Colorful List Accent 6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Grillecouleur">
    <w:name w:val="Colorful Grid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illecouleur-Accent1">
    <w:name w:val="Colorful Grid Accent 1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illecouleur-Accent2">
    <w:name w:val="Colorful Grid Accent 2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illecouleur-Accent3">
    <w:name w:val="Colorful Grid Accent 3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illecouleur-Accent4">
    <w:name w:val="Colorful Grid Accent 4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illecouleur-Accent5">
    <w:name w:val="Colorful Grid Accent 5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illecouleur-Accent6">
    <w:name w:val="Colorful Grid Accent 6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sv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204</Words>
  <Characters>1126</Characters>
  <Application>Microsoft Office Word</Application>
  <DocSecurity>0</DocSecurity>
  <Lines>9</Lines>
  <Paragraphs>2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1328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Brice BERTET</cp:lastModifiedBy>
  <cp:revision>3</cp:revision>
  <cp:lastPrinted>2025-10-10T11:37:00Z</cp:lastPrinted>
  <dcterms:created xsi:type="dcterms:W3CDTF">2025-10-10T10:17:00Z</dcterms:created>
  <dcterms:modified xsi:type="dcterms:W3CDTF">2025-10-10T11:37:00Z</dcterms:modified>
  <cp:category/>
</cp:coreProperties>
</file>